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BE66D" w14:textId="77777777" w:rsidR="00782597" w:rsidRDefault="00000000">
      <w:pPr>
        <w:jc w:val="right"/>
      </w:pPr>
      <w:r>
        <w:rPr>
          <w:b/>
        </w:rPr>
        <w:t>Allegato 1</w:t>
      </w:r>
    </w:p>
    <w:p w14:paraId="2183E6B9" w14:textId="77777777" w:rsidR="00782597" w:rsidRDefault="00000000">
      <w:pPr>
        <w:jc w:val="center"/>
      </w:pPr>
      <w:r>
        <w:rPr>
          <w:b/>
          <w:sz w:val="28"/>
        </w:rPr>
        <w:t>DOMANDA DI PARTECIPAZIONE</w:t>
      </w:r>
    </w:p>
    <w:p w14:paraId="5C371C40" w14:textId="77777777" w:rsidR="00782597" w:rsidRDefault="00000000">
      <w:r>
        <w:rPr>
          <w:b/>
        </w:rPr>
        <w:t xml:space="preserve">Oggetto: </w:t>
      </w:r>
      <w:r>
        <w:t>Manifestazione di interesse finalizzata all’individuazione di un soggetto partner nell’ambito del progetto “Soft, Inclusive and Smart – Partenio Adventures for All” finanziato a valere sulla misura “Montagna Italia” del Piano Sviluppo e Coesione del Ministero del Turismo.</w:t>
      </w:r>
    </w:p>
    <w:p w14:paraId="4943A34F" w14:textId="77777777" w:rsidR="00782597" w:rsidRDefault="00000000">
      <w:r>
        <w:t>Il/La sottoscritto/a _________________________________________________________________</w:t>
      </w:r>
    </w:p>
    <w:p w14:paraId="42DCE24B" w14:textId="77777777" w:rsidR="00782597" w:rsidRDefault="00000000">
      <w:r>
        <w:t>nato/a a __________________________________ Prov. (______) il __________________________</w:t>
      </w:r>
    </w:p>
    <w:p w14:paraId="2EE233DC" w14:textId="77777777" w:rsidR="00782597" w:rsidRDefault="00000000">
      <w:r>
        <w:t>Codice Fiscale __________________________________________</w:t>
      </w:r>
    </w:p>
    <w:p w14:paraId="36EC45E1" w14:textId="77777777" w:rsidR="00782597" w:rsidRDefault="00000000">
      <w:r>
        <w:t>residente in __________________________________________ Prov. (_____) CAP (________)</w:t>
      </w:r>
    </w:p>
    <w:p w14:paraId="2141A31B" w14:textId="77777777" w:rsidR="00782597" w:rsidRDefault="00000000">
      <w:r>
        <w:t>e-mail ______________________________ PEC ______________________________ telefono __________________________</w:t>
      </w:r>
    </w:p>
    <w:p w14:paraId="6E1AF888" w14:textId="77777777" w:rsidR="00782597" w:rsidRDefault="00000000">
      <w:r>
        <w:t>in qualità di Legale Rappresentante del seguente soggetto: ______________________________________________</w:t>
      </w:r>
    </w:p>
    <w:p w14:paraId="1BBD5C50" w14:textId="77777777" w:rsidR="00782597" w:rsidRDefault="00000000">
      <w:pPr>
        <w:pStyle w:val="Titolo1"/>
      </w:pPr>
      <w:r>
        <w:t>DATI DEL SOGGETTO PARTECIPANTE</w:t>
      </w:r>
    </w:p>
    <w:p w14:paraId="4A8B39E9" w14:textId="77777777" w:rsidR="00782597" w:rsidRDefault="00000000">
      <w:r>
        <w:t>Denominazione _______________________________________________________________________</w:t>
      </w:r>
    </w:p>
    <w:p w14:paraId="5A39791C" w14:textId="77777777" w:rsidR="00782597" w:rsidRDefault="00000000">
      <w:r>
        <w:t>Forma giuridica ______________________________________________________________________</w:t>
      </w:r>
    </w:p>
    <w:p w14:paraId="69E7FC5D" w14:textId="77777777" w:rsidR="00782597" w:rsidRDefault="00000000">
      <w:r>
        <w:t>Sede legale in __________________________________________________ Prov. (_____) CAP (________)</w:t>
      </w:r>
    </w:p>
    <w:p w14:paraId="03C969C9" w14:textId="77777777" w:rsidR="00782597" w:rsidRDefault="00000000">
      <w:r>
        <w:t>Codice Fiscale ______________________________ P. IVA __________________________________</w:t>
      </w:r>
    </w:p>
    <w:p w14:paraId="60EBEA02" w14:textId="77777777" w:rsidR="00782597" w:rsidRDefault="00000000">
      <w:r>
        <w:t>Telefono ______________________________ E-mail ________________________________________</w:t>
      </w:r>
    </w:p>
    <w:p w14:paraId="557D2C16" w14:textId="77777777" w:rsidR="00782597" w:rsidRDefault="00000000">
      <w:r>
        <w:t>PEC _________________________________________________________________________________</w:t>
      </w:r>
    </w:p>
    <w:p w14:paraId="3E112E45" w14:textId="77777777" w:rsidR="00782597" w:rsidRDefault="00000000">
      <w:r>
        <w:t>Iscrizione al Registro Nazionale delle Attività Sportive Dilettantistiche (RASD) n. __________________________</w:t>
      </w:r>
    </w:p>
    <w:p w14:paraId="3428E495" w14:textId="77777777" w:rsidR="00782597" w:rsidRDefault="00000000">
      <w:pPr>
        <w:pStyle w:val="Titolo1"/>
      </w:pPr>
      <w:r>
        <w:t>CHIEDE</w:t>
      </w:r>
    </w:p>
    <w:p w14:paraId="1FD607F7" w14:textId="77777777" w:rsidR="00782597" w:rsidRDefault="00000000">
      <w:r>
        <w:t>di partecipare alla procedura esplorativa indetta dal GAL Partenio Consorzio finalizzata all’individuazione di un soggetto partner relativamente alle attività concernenti la realizzazione e gestione del “Parco Avventura Inclusivo” previsto nell’ambito del progetto “Soft, Inclusive and Smart – Partenio Adventures for All”.</w:t>
      </w:r>
    </w:p>
    <w:p w14:paraId="70FC4E6B" w14:textId="77777777" w:rsidR="00782597" w:rsidRDefault="00000000">
      <w:pPr>
        <w:pStyle w:val="Titolo1"/>
      </w:pPr>
      <w:r>
        <w:t>DICHIARA</w:t>
      </w:r>
    </w:p>
    <w:p w14:paraId="1A5947D9" w14:textId="77777777" w:rsidR="00782597" w:rsidRDefault="00000000">
      <w:r>
        <w:t>ai sensi degli artt. 46 e 47 del D.P.R. 445/2000, consapevole delle responsabilità penali previste dall’art. 76 del medesimo D.P.R. in caso di dichiarazioni mendaci, falsità negli atti o uso di atti falsi:</w:t>
      </w:r>
    </w:p>
    <w:p w14:paraId="6E2615BD" w14:textId="77777777" w:rsidR="00782597" w:rsidRDefault="00000000">
      <w:r>
        <w:t>1. di essere formalmente costituito alla data di presentazione della presente manifestazione di interesse;</w:t>
      </w:r>
    </w:p>
    <w:p w14:paraId="461CDF8F" w14:textId="77777777" w:rsidR="00782597" w:rsidRDefault="00000000">
      <w:r>
        <w:t>2. di possedere autonomia giuridica idonea all’assunzione degli obblighi derivanti dall’eventuale ingresso nel partenariato progettuale;</w:t>
      </w:r>
    </w:p>
    <w:p w14:paraId="5CB93A01" w14:textId="77777777" w:rsidR="00782597" w:rsidRDefault="00000000">
      <w:r>
        <w:lastRenderedPageBreak/>
        <w:t>3. di essere un ente sportivo dilettantistico costituito in forma di ASD o SSD, senza scopo di lucro, ai sensi della normativa vigente;</w:t>
      </w:r>
    </w:p>
    <w:p w14:paraId="48F31606" w14:textId="77777777" w:rsidR="00782597" w:rsidRDefault="00000000">
      <w:r>
        <w:t>4. di essere regolarmente iscritto al Registro Nazionale delle Attività Sportive Dilettantistiche (RASD), istituito dal D.Lgs. 28 febbraio 2021, n. 39, con iscrizione attiva alla data di presentazione della domanda;</w:t>
      </w:r>
    </w:p>
    <w:p w14:paraId="30A0BFF8" w14:textId="77777777" w:rsidR="00782597" w:rsidRDefault="00000000">
      <w:r>
        <w:t>5. di impegnarsi a mantenere, in caso di individuazione, i requisiti e l’iscrizione al RASD per il periodo necessario all’espletamento delle attività progettuali;</w:t>
      </w:r>
    </w:p>
    <w:p w14:paraId="21F15421" w14:textId="77777777" w:rsidR="00782597" w:rsidRDefault="00000000">
      <w:r>
        <w:t>6. di possedere i requisiti previsti dall’art. 3 dell’Avviso pubblico;</w:t>
      </w:r>
    </w:p>
    <w:p w14:paraId="423530F5" w14:textId="77777777" w:rsidR="00782597" w:rsidRDefault="00000000">
      <w:r>
        <w:t>7. di possedere comprovata esperienza nella progettazione e/o realizzazione e gestione di strutture outdoor e percorsi acrobatici in ambiente naturale;</w:t>
      </w:r>
    </w:p>
    <w:p w14:paraId="0DA3FEF9" w14:textId="77777777" w:rsidR="00782597" w:rsidRDefault="00000000">
      <w:r>
        <w:t>8. di possedere esperienza in attività rivolte all’accessibilità universale e/o all’inclusione delle persone con disabilità;</w:t>
      </w:r>
    </w:p>
    <w:p w14:paraId="6779535F" w14:textId="77777777" w:rsidR="00782597" w:rsidRDefault="00000000">
      <w:r>
        <w:t>9. di non trovarsi in alcuna condizione ostativa alla stipulazione di rapporti con la Pubblica Amministrazione e, per quanto applicabili, in cause di esclusione previste dalla normativa vigente;</w:t>
      </w:r>
    </w:p>
    <w:p w14:paraId="34805734" w14:textId="77777777" w:rsidR="00782597" w:rsidRDefault="00000000">
      <w:r>
        <w:t>10. di possedere adeguata capacità organizzativa e tecnico-professionale coerente con le attività oggetto del progetto;</w:t>
      </w:r>
    </w:p>
    <w:p w14:paraId="3A9E2AC0" w14:textId="77777777" w:rsidR="00782597" w:rsidRDefault="00000000">
      <w:r>
        <w:t>11. che le finalità statutarie del soggetto partecipante risultano coerenti con le attività previste dal progetto;</w:t>
      </w:r>
    </w:p>
    <w:p w14:paraId="60DADED1" w14:textId="77777777" w:rsidR="00782597" w:rsidRDefault="00000000">
      <w:r>
        <w:t>12. di avere preso visione integrale dell’Avviso pubblico e di accettarne integralmente e senza riserva tutte le disposizioni;</w:t>
      </w:r>
    </w:p>
    <w:p w14:paraId="47A2D450" w14:textId="77777777" w:rsidR="00782597" w:rsidRDefault="00000000">
      <w:r>
        <w:t>13. di essere a conoscenza della normativa e della documentazione richiamata nell’Avviso pubblico;</w:t>
      </w:r>
    </w:p>
    <w:p w14:paraId="4CB7D97A" w14:textId="77777777" w:rsidR="00782597" w:rsidRDefault="00000000">
      <w:r>
        <w:t>14. che quanto riportato nella documentazione allegata e nei curricula trasmessi corrisponde al vero;</w:t>
      </w:r>
    </w:p>
    <w:p w14:paraId="441F040C" w14:textId="77777777" w:rsidR="00782597" w:rsidRDefault="00000000">
      <w:r>
        <w:t>15. di garantire la disponibilità delle figure professionali indicate nella candidatura per tutta la durata delle attività progettuali;</w:t>
      </w:r>
    </w:p>
    <w:p w14:paraId="74EB1B52" w14:textId="77777777" w:rsidR="00782597" w:rsidRDefault="00000000">
      <w:r>
        <w:t>16. di impegnarsi, in caso di individuazione quale soggetto partner, a collaborare con il GAL Partenio Consorzio nel rispetto degli obiettivi, delle finalità e del cronoprogramma del progetto approvato dal Ministero del Turismo;</w:t>
      </w:r>
    </w:p>
    <w:p w14:paraId="7A840642" w14:textId="77777777" w:rsidR="00782597" w:rsidRDefault="00000000">
      <w:r>
        <w:t>17. di impegnarsi al rispetto dei principi di inclusione, accessibilità universale e sicurezza delle attività outdoor previste dal progetto;</w:t>
      </w:r>
    </w:p>
    <w:p w14:paraId="35F0FA5A" w14:textId="77777777" w:rsidR="00782597" w:rsidRDefault="00000000">
      <w:r>
        <w:t>18. di rendersi disponibile a partecipare ad eventuali incontri tecnici, tavoli operativi, richieste di chiarimenti o integrazioni documentali formulati dal GAL Partenio Consorzio;</w:t>
      </w:r>
    </w:p>
    <w:p w14:paraId="78C12995" w14:textId="77777777" w:rsidR="00782597" w:rsidRDefault="00000000">
      <w:r>
        <w:t>19. di essere consapevole che l’eventuale individuazione non determina automaticamente l’ingresso nel partenariato, essendo subordinata all’approvazione del Comitato di Pilotaggio e all’autorizzazione del Ministero del Turismo;</w:t>
      </w:r>
    </w:p>
    <w:p w14:paraId="25651FA2" w14:textId="77777777" w:rsidR="00782597" w:rsidRDefault="00000000">
      <w:r>
        <w:t>20. di essere consapevole che, in caso di mancata approvazione o autorizzazione, non sorgerà alcun diritto o pretesa economica, risarcitoria o indennitaria nei confronti del GAL Partenio Consorzio.</w:t>
      </w:r>
    </w:p>
    <w:p w14:paraId="337B4FE9" w14:textId="77777777" w:rsidR="00782597" w:rsidRDefault="00000000">
      <w:pPr>
        <w:pStyle w:val="Titolo1"/>
      </w:pPr>
      <w:r>
        <w:t>DICHIARA ALTRESÌ</w:t>
      </w:r>
    </w:p>
    <w:p w14:paraId="1CB5711E" w14:textId="77777777" w:rsidR="00782597" w:rsidRDefault="00000000">
      <w:r>
        <w:t>di allegare alla presente domanda la seguente documentazione:</w:t>
      </w:r>
    </w:p>
    <w:p w14:paraId="77C14CB5" w14:textId="77777777" w:rsidR="00782597" w:rsidRDefault="00000000">
      <w:pPr>
        <w:pStyle w:val="Puntoelenco"/>
        <w:spacing w:after="40"/>
      </w:pPr>
      <w:r>
        <w:lastRenderedPageBreak/>
        <w:t>relazione illustrativa delle esperienze maturate e delle competenze possedute (max 6.000 caratteri, spazi inclusi);</w:t>
      </w:r>
    </w:p>
    <w:p w14:paraId="4DA8C087" w14:textId="77777777" w:rsidR="00782597" w:rsidRDefault="00000000">
      <w:pPr>
        <w:pStyle w:val="Puntoelenco"/>
        <w:spacing w:after="40"/>
      </w:pPr>
      <w:r>
        <w:t>curriculum del soggetto partecipante (max 3.000 caratteri, spazi inclusi);</w:t>
      </w:r>
    </w:p>
    <w:p w14:paraId="5DEECFC9" w14:textId="77777777" w:rsidR="00782597" w:rsidRDefault="00000000">
      <w:pPr>
        <w:pStyle w:val="Puntoelenco"/>
        <w:spacing w:after="40"/>
      </w:pPr>
      <w:r>
        <w:t>curriculum delle figure professionali maggiormente coinvolte nel progetto (max 6.000 caratteri, spazi inclusi);</w:t>
      </w:r>
    </w:p>
    <w:p w14:paraId="2DA63C92" w14:textId="77777777" w:rsidR="00782597" w:rsidRDefault="00000000">
      <w:pPr>
        <w:pStyle w:val="Puntoelenco"/>
        <w:spacing w:after="40"/>
      </w:pPr>
      <w:r>
        <w:t>dichiarazione di disponibilità delle figure professionali maggiormente coinvolte nel progetto;</w:t>
      </w:r>
    </w:p>
    <w:p w14:paraId="5D6E6BC1" w14:textId="77777777" w:rsidR="00782597" w:rsidRDefault="00000000">
      <w:pPr>
        <w:pStyle w:val="Puntoelenco"/>
        <w:spacing w:after="40"/>
      </w:pPr>
      <w:r>
        <w:t>copia dello statuto e/o dell’atto costitutivo;</w:t>
      </w:r>
    </w:p>
    <w:p w14:paraId="7028A639" w14:textId="77777777" w:rsidR="00782597" w:rsidRDefault="00000000">
      <w:pPr>
        <w:pStyle w:val="Puntoelenco"/>
        <w:spacing w:after="40"/>
      </w:pPr>
      <w:r>
        <w:t>copia del documento di identità del legale rappresentante, ove necessaria;</w:t>
      </w:r>
    </w:p>
    <w:p w14:paraId="627DD41D" w14:textId="77777777" w:rsidR="00782597" w:rsidRDefault="00000000">
      <w:pPr>
        <w:pStyle w:val="Puntoelenco"/>
        <w:spacing w:after="40"/>
      </w:pPr>
      <w:r>
        <w:t>proposta metodologica e gestionale (max 10.000 caratteri, spazi inclusi);</w:t>
      </w:r>
    </w:p>
    <w:p w14:paraId="103F3CAC" w14:textId="77777777" w:rsidR="00782597" w:rsidRDefault="00000000">
      <w:pPr>
        <w:pStyle w:val="Puntoelenco"/>
        <w:spacing w:after="40"/>
      </w:pPr>
      <w:r>
        <w:t>eventuale altra documentazione tecnica ritenuta utile.</w:t>
      </w:r>
    </w:p>
    <w:p w14:paraId="650747AE" w14:textId="77777777" w:rsidR="00782597" w:rsidRDefault="00000000">
      <w:pPr>
        <w:pStyle w:val="Titolo1"/>
      </w:pPr>
      <w:r>
        <w:t>TRATTAMENTO DEI DATI PERSONALI</w:t>
      </w:r>
    </w:p>
    <w:p w14:paraId="6355DD10" w14:textId="77777777" w:rsidR="00782597" w:rsidRDefault="00000000">
      <w:r>
        <w:t>Il sottoscritto dichiara di aver preso visione dell’informativa sul trattamento dei dati personali resa dal GAL Partenio Consorzio ai sensi degli artt. 13 e 14 del Regolamento (UE) 2016/679 e prende atto che i dati saranno trattati per le finalità connesse alla presente procedura.</w:t>
      </w:r>
    </w:p>
    <w:p w14:paraId="700E9C81" w14:textId="77777777" w:rsidR="00782597" w:rsidRDefault="00000000">
      <w:r>
        <w:t>La presente domanda e la documentazione allegata sono trasmesse a mezzo PEC all’indirizzo galpartenio@pec.it entro le ore 16:00 del 30.10.2026.</w:t>
      </w:r>
    </w:p>
    <w:p w14:paraId="7B96FE11" w14:textId="77777777" w:rsidR="00782597" w:rsidRDefault="00000000">
      <w:r>
        <w:br/>
        <w:t>Luogo e data ______________________________________</w:t>
      </w:r>
    </w:p>
    <w:p w14:paraId="6A9DC018" w14:textId="77777777" w:rsidR="00782597" w:rsidRDefault="00000000">
      <w:r>
        <w:br/>
        <w:t>Firma del Legale Rappresentante</w:t>
      </w:r>
      <w:r>
        <w:br/>
        <w:t>______________________________________</w:t>
      </w:r>
    </w:p>
    <w:sectPr w:rsidR="00782597" w:rsidSect="00637626">
      <w:pgSz w:w="12240" w:h="15840"/>
      <w:pgMar w:top="1134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126C8" w14:textId="77777777" w:rsidR="005D39BD" w:rsidRDefault="005D39BD" w:rsidP="00637626">
      <w:pPr>
        <w:spacing w:after="0" w:line="240" w:lineRule="auto"/>
      </w:pPr>
      <w:r>
        <w:separator/>
      </w:r>
    </w:p>
  </w:endnote>
  <w:endnote w:type="continuationSeparator" w:id="0">
    <w:p w14:paraId="5C51995D" w14:textId="77777777" w:rsidR="005D39BD" w:rsidRDefault="005D39BD" w:rsidP="00637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191B3" w14:textId="77777777" w:rsidR="005D39BD" w:rsidRDefault="005D39BD" w:rsidP="00637626">
      <w:pPr>
        <w:spacing w:after="0" w:line="240" w:lineRule="auto"/>
      </w:pPr>
      <w:r>
        <w:separator/>
      </w:r>
    </w:p>
  </w:footnote>
  <w:footnote w:type="continuationSeparator" w:id="0">
    <w:p w14:paraId="4E2A708D" w14:textId="77777777" w:rsidR="005D39BD" w:rsidRDefault="005D39BD" w:rsidP="006376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24214718">
    <w:abstractNumId w:val="8"/>
  </w:num>
  <w:num w:numId="2" w16cid:durableId="450704246">
    <w:abstractNumId w:val="6"/>
  </w:num>
  <w:num w:numId="3" w16cid:durableId="122190316">
    <w:abstractNumId w:val="5"/>
  </w:num>
  <w:num w:numId="4" w16cid:durableId="1847597216">
    <w:abstractNumId w:val="4"/>
  </w:num>
  <w:num w:numId="5" w16cid:durableId="1145927797">
    <w:abstractNumId w:val="7"/>
  </w:num>
  <w:num w:numId="6" w16cid:durableId="1898977582">
    <w:abstractNumId w:val="3"/>
  </w:num>
  <w:num w:numId="7" w16cid:durableId="1434473304">
    <w:abstractNumId w:val="2"/>
  </w:num>
  <w:num w:numId="8" w16cid:durableId="1659462340">
    <w:abstractNumId w:val="1"/>
  </w:num>
  <w:num w:numId="9" w16cid:durableId="14313174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D39BD"/>
    <w:rsid w:val="00637626"/>
    <w:rsid w:val="00782597"/>
    <w:rsid w:val="00964CB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2F8103"/>
  <w14:defaultImageDpi w14:val="300"/>
  <w15:docId w15:val="{EC163D02-8DC5-4BD4-9EDF-745C33B87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2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6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949</Words>
  <Characters>5410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utente</cp:lastModifiedBy>
  <cp:revision>2</cp:revision>
  <dcterms:created xsi:type="dcterms:W3CDTF">2026-10-05T18:19:00Z</dcterms:created>
  <dcterms:modified xsi:type="dcterms:W3CDTF">2026-10-05T18:19:00Z</dcterms:modified>
  <cp:category/>
</cp:coreProperties>
</file>